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44"/>
          <w:szCs w:val="44"/>
        </w:rPr>
        <w:t>An Ideal for Living • Joy Division (1978)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