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Beasts of No Nation • Fela Kuti (1989)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