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Cover Up • Ministry (2008)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