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Dancing on a Volcano • Weimar (2022)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