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Deep Purple • Deep Purple (1969)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