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Hiroshima • Wishful Thinking (1976)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