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I Am a Bird Now • Antony and the Johnsons (2005)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