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4"/>
          <w:szCs w:val="44"/>
        </w:rPr>
        <w:t>Jazz Mission to Moscow • Zoot Sims, Phil Woods &amp; others (1962)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