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Kansas • Kansas (1974)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