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Led Zeppelin • Led Zeppelin (1969)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