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Letters from the Underground • Levellers (2008)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