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Like Water for Chocolate • Common (2000)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