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38"/>
          <w:szCs w:val="44"/>
        </w:rPr>
        <w:t>Listen Without Prejudice Vol. 1 • George Michael (1990)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