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Meat Is Murder • The Smiths (1985)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