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Plastic Surgery Disasters • Dead Kennedys (1982)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