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Point Blank • Nailbomb (1994)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