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Stand Up and Be Counted • Stray (1975)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