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38"/>
          <w:szCs w:val="44"/>
        </w:rPr>
        <w:t>Thank Christ for the Bomb • The Groundhogs (1970)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