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B19BF" w14:textId="6308D1EF" w:rsidR="002C753F" w:rsidRPr="002C753F" w:rsidRDefault="002C753F">
      <w:pPr>
        <w:spacing w:after="0"/>
        <w:jc w:val="center"/>
        <w:rPr>
          <w:b/>
          <w:sz w:val="72"/>
          <w:szCs w:val="44"/>
        </w:rPr>
      </w:pPr>
      <w:r w:rsidRPr="002C753F">
        <w:rPr>
          <w:b/>
          <w:sz w:val="44"/>
          <w:szCs w:val="44"/>
        </w:rPr>
        <w:t>The Atomic Mr. Basie • Count Basie (1958)</w:t>
      </w:r>
    </w:p>
    <w:p w14:paraId="449AD2AC" w14:textId="0C679905" w:rsidR="00EF7A2E" w:rsidRDefault="002C753F" w:rsidP="002C753F">
      <w:pPr>
        <w:spacing w:after="0"/>
        <w:jc w:val="center"/>
        <w:rPr>
          <w:b/>
          <w:sz w:val="24"/>
          <w:szCs w:val="16"/>
        </w:rPr>
      </w:pPr>
      <w:r w:rsidRPr="002C753F">
        <w:rPr>
          <w:b/>
          <w:sz w:val="24"/>
          <w:szCs w:val="16"/>
        </w:rPr>
        <w:t>IB HISTORY: ALBUM COVER DETECTIVE</w:t>
      </w:r>
    </w:p>
    <w:p w14:paraId="68B94162" w14:textId="32C7755F" w:rsidR="002C753F" w:rsidRPr="002C753F" w:rsidRDefault="002C753F" w:rsidP="002C753F">
      <w:pPr>
        <w:spacing w:after="0"/>
        <w:jc w:val="center"/>
        <w:rPr>
          <w:sz w:val="14"/>
          <w:szCs w:val="16"/>
        </w:rPr>
      </w:pPr>
      <w:r>
        <w:rPr>
          <w:b/>
          <w:sz w:val="24"/>
          <w:szCs w:val="16"/>
        </w:rPr>
        <w:t>Researched by: Your Name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58"/>
        <w:gridCol w:w="6150"/>
      </w:tblGrid>
      <w:tr w:rsidR="00EF7A2E" w14:paraId="43EAE8B4" w14:textId="77777777" w:rsidTr="002C753F">
        <w:trPr>
          <w:jc w:val="center"/>
        </w:trPr>
        <w:tc>
          <w:tcPr>
            <w:tcW w:w="9158" w:type="dxa"/>
            <w:tcBorders>
              <w:top w:val="single" w:sz="8" w:space="0" w:color="B0B0B0"/>
              <w:left w:val="single" w:sz="8" w:space="0" w:color="B0B0B0"/>
              <w:bottom w:val="single" w:sz="8" w:space="0" w:color="B0B0B0"/>
              <w:right w:val="single" w:sz="8" w:space="0" w:color="B0B0B0"/>
            </w:tcBorders>
            <w:shd w:val="clear" w:color="auto" w:fill="F4F4F4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0E183134" w14:textId="58EF4DE4" w:rsidR="00EF7A2E" w:rsidRDefault="00000000" w:rsidP="002C753F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B7F951B" wp14:editId="44034DFC">
                  <wp:extent cx="5048250" cy="5048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.-Joy-Division-‘Unknown-Pleasures-1979-album-art-billboard-124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9024" cy="5049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50" w:type="dxa"/>
            <w:tcBorders>
              <w:top w:val="single" w:sz="12" w:space="0" w:color="606060"/>
              <w:left w:val="single" w:sz="12" w:space="0" w:color="606060"/>
              <w:bottom w:val="single" w:sz="12" w:space="0" w:color="606060"/>
              <w:right w:val="single" w:sz="12" w:space="0" w:color="606060"/>
            </w:tcBorders>
            <w:tcMar>
              <w:top w:w="130" w:type="dxa"/>
              <w:left w:w="180" w:type="dxa"/>
              <w:bottom w:w="100" w:type="dxa"/>
              <w:right w:w="180" w:type="dxa"/>
            </w:tcMar>
          </w:tcPr>
          <w:p w14:paraId="51245F4D" w14:textId="11D73796" w:rsidR="00EF7A2E" w:rsidRDefault="00000000">
            <w:pPr>
              <w:spacing w:after="40"/>
            </w:pPr>
            <w:r>
              <w:rPr>
                <w:b/>
                <w:sz w:val="25"/>
              </w:rPr>
              <w:t xml:space="preserve">THE </w:t>
            </w:r>
            <w:r w:rsidR="002C753F">
              <w:rPr>
                <w:b/>
                <w:sz w:val="25"/>
              </w:rPr>
              <w:t>HI</w:t>
            </w:r>
            <w:r>
              <w:rPr>
                <w:b/>
                <w:sz w:val="25"/>
              </w:rPr>
              <w:t>STORY BEHIND THE COVER</w:t>
            </w:r>
          </w:p>
          <w:p w14:paraId="00B69EE5" w14:textId="77777777" w:rsidR="00EF7A2E" w:rsidRDefault="00000000">
            <w:pPr>
              <w:spacing w:after="30"/>
            </w:pPr>
            <w:proofErr w:type="gramStart"/>
            <w:r>
              <w:rPr>
                <w:b/>
                <w:sz w:val="16"/>
              </w:rPr>
              <w:t xml:space="preserve">IDENTIFY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title of this album is … by the band …</w:t>
            </w:r>
          </w:p>
          <w:p w14:paraId="78FA76F4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DATE  </w:t>
            </w:r>
            <w:r>
              <w:rPr>
                <w:sz w:val="17"/>
              </w:rPr>
              <w:t>It was released in …</w:t>
            </w:r>
          </w:p>
          <w:p w14:paraId="44E36DBE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WHAT I </w:t>
            </w:r>
            <w:proofErr w:type="gramStart"/>
            <w:r>
              <w:rPr>
                <w:b/>
                <w:sz w:val="16"/>
              </w:rPr>
              <w:t xml:space="preserve">SEE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cover shows / appears to show …</w:t>
            </w:r>
          </w:p>
          <w:p w14:paraId="63F5F647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DISCOVERY  </w:t>
            </w:r>
            <w:r>
              <w:rPr>
                <w:sz w:val="17"/>
              </w:rPr>
              <w:t>I discovered that the image actually shows …</w:t>
            </w:r>
          </w:p>
          <w:p w14:paraId="6DF5DCFA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ORIGINAL SOURCE  </w:t>
            </w:r>
            <w:r>
              <w:rPr>
                <w:sz w:val="17"/>
              </w:rPr>
              <w:t>The original image came from …</w:t>
            </w:r>
          </w:p>
          <w:p w14:paraId="0C2B6533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STORY  </w:t>
            </w:r>
            <w:r>
              <w:rPr>
                <w:sz w:val="17"/>
              </w:rPr>
              <w:t>The image was originally created / used for …</w:t>
            </w:r>
          </w:p>
          <w:p w14:paraId="77D60B1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CONNECTION  </w:t>
            </w:r>
            <w:r>
              <w:rPr>
                <w:sz w:val="17"/>
              </w:rPr>
              <w:t>The reason this image was chosen for the album was …</w:t>
            </w:r>
          </w:p>
          <w:p w14:paraId="6974B96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WHY IT MATTERS  </w:t>
            </w:r>
            <w:r>
              <w:rPr>
                <w:sz w:val="17"/>
              </w:rPr>
              <w:t>The cover became famous / memorable because …</w:t>
            </w:r>
          </w:p>
          <w:p w14:paraId="3DF9F0BF" w14:textId="77777777" w:rsidR="00EF7A2E" w:rsidRDefault="00000000">
            <w:pPr>
              <w:spacing w:after="30"/>
              <w:rPr>
                <w:sz w:val="17"/>
              </w:rPr>
            </w:pPr>
            <w:r>
              <w:rPr>
                <w:b/>
                <w:sz w:val="16"/>
              </w:rPr>
              <w:t xml:space="preserve">MY </w:t>
            </w:r>
            <w:proofErr w:type="gramStart"/>
            <w:r>
              <w:rPr>
                <w:b/>
                <w:sz w:val="16"/>
              </w:rPr>
              <w:t xml:space="preserve">REACTION  </w:t>
            </w:r>
            <w:r>
              <w:rPr>
                <w:sz w:val="17"/>
              </w:rPr>
              <w:t>What</w:t>
            </w:r>
            <w:proofErr w:type="gramEnd"/>
            <w:r>
              <w:rPr>
                <w:sz w:val="17"/>
              </w:rPr>
              <w:t xml:space="preserve"> I find most interesting about this story is …</w:t>
            </w:r>
          </w:p>
          <w:p w14:paraId="21899DBF" w14:textId="495344A1" w:rsidR="002C753F" w:rsidRDefault="002C753F">
            <w:pPr>
              <w:spacing w:after="30"/>
            </w:pPr>
            <w:r w:rsidRPr="002C753F">
              <w:rPr>
                <w:b/>
                <w:bCs/>
                <w:sz w:val="17"/>
              </w:rPr>
              <w:t>MY OPINION</w:t>
            </w:r>
            <w:r>
              <w:rPr>
                <w:sz w:val="17"/>
              </w:rPr>
              <w:t xml:space="preserve"> The single track I would recommend listening to from this album is … because …</w:t>
            </w:r>
          </w:p>
          <w:p w14:paraId="2B49A926" w14:textId="393719C6" w:rsidR="00EF7A2E" w:rsidRDefault="00EF7A2E" w:rsidP="002C753F">
            <w:pPr>
              <w:spacing w:before="60" w:after="20"/>
            </w:pPr>
          </w:p>
        </w:tc>
      </w:tr>
    </w:tbl>
    <w:p w14:paraId="7BF61B3B" w14:textId="71733725" w:rsidR="00D016D9" w:rsidRDefault="00D016D9" w:rsidP="00B2155D"/>
    <w:sectPr w:rsidR="00D016D9" w:rsidSect="00034616">
      <w:footerReference w:type="default" r:id="rId9"/>
      <w:pgSz w:w="16838" w:h="11906" w:orient="landscape"/>
      <w:pgMar w:top="454" w:right="567" w:bottom="45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54DAD" w14:textId="77777777" w:rsidR="00D62EB5" w:rsidRDefault="00D62EB5" w:rsidP="00B2155D">
      <w:pPr>
        <w:spacing w:after="0" w:line="240" w:lineRule="auto"/>
      </w:pPr>
      <w:r>
        <w:separator/>
      </w:r>
    </w:p>
  </w:endnote>
  <w:endnote w:type="continuationSeparator" w:id="0">
    <w:p w14:paraId="50C85131" w14:textId="77777777" w:rsidR="00D62EB5" w:rsidRDefault="00D62EB5" w:rsidP="00B2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12921" w14:textId="2ABBA3A0" w:rsidR="00B2155D" w:rsidRDefault="00B2155D" w:rsidP="00B2155D">
    <w:pPr>
      <w:pStyle w:val="Footer"/>
      <w:jc w:val="center"/>
    </w:pPr>
    <w:r>
      <w:rPr>
        <w:noProof/>
      </w:rPr>
      <w:drawing>
        <wp:inline distT="0" distB="0" distL="0" distR="0" wp14:anchorId="6CF05650" wp14:editId="54CD1DC1">
          <wp:extent cx="1901924" cy="485775"/>
          <wp:effectExtent l="0" t="0" r="3175" b="0"/>
          <wp:docPr id="15367712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910" cy="4898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9AC25" w14:textId="77777777" w:rsidR="00D62EB5" w:rsidRDefault="00D62EB5" w:rsidP="00B2155D">
      <w:pPr>
        <w:spacing w:after="0" w:line="240" w:lineRule="auto"/>
      </w:pPr>
      <w:r>
        <w:separator/>
      </w:r>
    </w:p>
  </w:footnote>
  <w:footnote w:type="continuationSeparator" w:id="0">
    <w:p w14:paraId="7F8FA468" w14:textId="77777777" w:rsidR="00D62EB5" w:rsidRDefault="00D62EB5" w:rsidP="00B215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930130">
    <w:abstractNumId w:val="8"/>
  </w:num>
  <w:num w:numId="2" w16cid:durableId="601378565">
    <w:abstractNumId w:val="6"/>
  </w:num>
  <w:num w:numId="3" w16cid:durableId="1489437366">
    <w:abstractNumId w:val="5"/>
  </w:num>
  <w:num w:numId="4" w16cid:durableId="2108191622">
    <w:abstractNumId w:val="4"/>
  </w:num>
  <w:num w:numId="5" w16cid:durableId="276303924">
    <w:abstractNumId w:val="7"/>
  </w:num>
  <w:num w:numId="6" w16cid:durableId="429468490">
    <w:abstractNumId w:val="3"/>
  </w:num>
  <w:num w:numId="7" w16cid:durableId="1506283053">
    <w:abstractNumId w:val="2"/>
  </w:num>
  <w:num w:numId="8" w16cid:durableId="1326594992">
    <w:abstractNumId w:val="1"/>
  </w:num>
  <w:num w:numId="9" w16cid:durableId="1763381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753F"/>
    <w:rsid w:val="00326F90"/>
    <w:rsid w:val="004F41A4"/>
    <w:rsid w:val="009051AC"/>
    <w:rsid w:val="009F32C2"/>
    <w:rsid w:val="00AA1D8D"/>
    <w:rsid w:val="00B2155D"/>
    <w:rsid w:val="00B47730"/>
    <w:rsid w:val="00CB0664"/>
    <w:rsid w:val="00D016D9"/>
    <w:rsid w:val="00D62EB5"/>
    <w:rsid w:val="00E81736"/>
    <w:rsid w:val="00EF7A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BE62B4"/>
  <w14:defaultImageDpi w14:val="300"/>
  <w15:docId w15:val="{08BC565B-EA8E-4210-AC6F-1EE424A05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Russel Tarr</cp:lastModifiedBy>
  <cp:revision>2</cp:revision>
  <dcterms:created xsi:type="dcterms:W3CDTF">2026-09-22T13:55:00Z</dcterms:created>
  <dcterms:modified xsi:type="dcterms:W3CDTF">2026-09-22T13:55:00Z</dcterms:modified>
  <cp:category/>
</cp:coreProperties>
</file>