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The Longest Line • NOFX (1992)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