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The Photographer • Philip Glass (1983)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