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The Tipping Point • The Roots (2004)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