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34"/>
          <w:szCs w:val="44"/>
        </w:rPr>
        <w:t>There's No Place Like America Today • Curtis Mayfield (1975)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