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Things Fall Apart • The Roots (1999)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