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Trafalgar • Bee Gees (1971)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