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Unknown Pleasures • Joy Division (1979)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