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Use Your Illusion I • Guns N' Roses (1991)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