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We Get By • Mavis Staples (2019)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