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We Insist! • Max Roach (1961)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