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38"/>
          <w:szCs w:val="44"/>
        </w:rPr>
        <w:t>You Could Have It So Much Better • Franz Ferdinand (2005)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